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לבריאות! (חלקי גוף, בריאות ומחלה)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לבריאות ולחלקי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צורת הזוגי בעברית (סיומת ־ַיִם)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בשאלה "איך אתה/את מרגיש/ה?"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איך אתה מרגיש?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הרופא / הרופאה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מישהי שחולה ורצון לעזור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איברי הגוף הזוגיים הם בלשון נקבה, למשל יד 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רגל היא מילה נקבה ולכן הפועל מתאים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בה את הסיומת ַיִם כמו בשמות איברי גוף זוגיים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בטן היא איבר יחיד, בלי סיומת זוגי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(החלק העליון של הגוף, שם נמצא המוח)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(איברים זוגיים שבהם אוחזים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(איברים זוגיים שבהם הולכים)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(מצב של מי שלא מרגיש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(מצב של מי שמרגיש טוב וחזק)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ביקור אצל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למרפאה ומספרים לרופא/ה מה כואב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הרופא/ה שואל/ת שאלות ובודק/ת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הרופא/ה נותן/ת תרופה או עצה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הולכים הביתה לנוח ולהבריא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דיאלוג הכולל שאלה על התחושה, תיאור כאב, ותשובה עם עצה או תרופה, בשימוש נכון בלשון זכר/נקבה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התאמה בין מגדר האיבר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שההבדל הוא לפי מין המדבר/ת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הסיומת ַיִם לאיברים זוגיים כמו ידיים ורגליים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לפני התרגול כדי לחזק את ההקשבה למילים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להטיית המין בפעלים (מרגיש/מרגישה) ובשמות תואר (חולה/בריאה)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עודדו את התלמידים לתרגל בעל פה בזוגות משפטים עם כואב לי ו... לפני המעבר לכתיבה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לבריאות! (חלקי גוף, בריאות ומחלה)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על הגוף ועל בריאות. נלמד לשאול מישהו איך הוא מרגיש, ולענות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העליון של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יד / ידיים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האיבר שבו אוחזים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רגל / רגליים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האיבר שבו הולכים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בטן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האמצעי של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חולה / חולה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מרגיש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בריא / בריאה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שמרגיש טוב וחזק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רופא / רופאה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שעוזר כשחולים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שעוזר להרגיש טוב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שאלה שואלים על 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אתה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השעה?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רגל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איבר יש פעמיים בגוף?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נותן תרופה?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הרופא / הרופאה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מישהי שחולה ורצון לעזור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מסיבת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איברי הגוף שבאים בזוגות הם בלשון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כואבת לי הרגל כי רגל היא מילה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משקפיים היא גם בצורת זוגי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בטן היא איבר שבא בזוגי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כואב לי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שתי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__________, היא נשארת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הרופאה נותנת לי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לא מרגיש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מצב של מי שלא מרגיש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 /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של מי שמרגיש טוב וחזק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רגל / רגליים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החלק העליון של הגוף, שם נמצא המוח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איברים זוגיים שבהם הולכים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איברים זוגיים שבהם אוחזים 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ביקור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הביתה לנוח ולהבריא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למרפאה ומספרים לרופא/ה מה כואב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הרופא/ה שואל/ת שאלות ובודק/ת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הרופא/ה נותן/ת תרופה או עצה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דיאלוג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דיאלוג קצר בין מטופל/ת לרופא/ה: מה כואב, מאיזה זמן, ומה הרופא/ה מציע/ה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כואב או כואבת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בריא לבריאה?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על צורת הזוגי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לבריאות! (חלקי גוף, בריאות ומחלה)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