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לבריאות! (חלקי גוף, בריאות ומחלה)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לבריאות ולחלקי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צורת הזוגי בעברית (סיומת ־ַיִם)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בשאלה "איך אתה/את מרגיש/ה?"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איך אתה מרגיש?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הרופא / הרופאה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רגל היא מילה נקבה ולכן הפועל מתאים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(החלק העליון של הגוף, שם נמצא המוח)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(איברים זוגיים שבהם אוחזים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(איברים זוגיים שבהם הולכים)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ביקור אצל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למרפאה ומספרים לרופא/ה מה כואב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הרופא/ה שואל/ת שאלות ובודק/ת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הרופא/ה נותן/ת תרופה או עצה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דיאלוג הכולל שאלה על התחושה, תיאור כאב, ותשובה עם עצה או תרופה, בשימוש נכון בלשון זכר/נקבה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התאמה בין מגדר האיבר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שההבדל הוא לפי מין המדבר/ת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הסיומת ַיִם לאיברים זוגיים כמו ידיים ורגליים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לפני התרגול כדי לחזק את ההקשבה למילים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להטיית המין בפעלים (מרגיש/מרגישה) ובשמות תואר (חולה/בריאה)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עודדו את התלמידים לתרגל בעל פה בזוגות משפטים עם כואב לי ו... לפני המעבר לכתיבה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לבריאות! (חלקי גוף, בריאות ומחלה)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נלמד שיר קליל על מישהי שחולה ועל הרצון לעזור לה. נכיר מילים של גוף, בריאות ומחלה, ונתרגל איך לשאול ולענות על השאלה איך אתה מרגיש.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  ·  חולה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שואלים כשרוצים לדעת מה מצב הבריאות של מישהו?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 אתה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השעה?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נותן תרופה כשאנחנו 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הרופא / הרופאה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כואבת לי הרגל כי רגל היא מילה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כואב לי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היא __________, היא נשארת בבית.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איברים זוגיים שבהם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יד /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החלק העליון של הגוף, שם נמצא המוח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רגל / רגליים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איברים זוגיים שבהם אוחזים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ביקור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הרופא/ה שואל/ת שאלות ובודק/ת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הרופא/ה נותן/ת תרופה או עצה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למרפאה ומספרים לרופא/ה מה כואב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דיאלוג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דיאלוג קצר בין מטופל/ת לרופא/ה: מה כואב, מאיזה זמן, ומה הרופא/ה מציע/ה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המילה כואב או כואבת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בריא לבריאה?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לבריאות! (חלקי גוף, בריאות ומחלה)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